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A6" w:rsidRPr="00561BAE" w:rsidRDefault="00561BAE" w:rsidP="00561BAE">
      <w:pPr>
        <w:spacing w:after="0" w:line="20" w:lineRule="atLeast"/>
        <w:jc w:val="right"/>
        <w:rPr>
          <w:lang w:val="bg-BG"/>
        </w:rPr>
      </w:pPr>
      <w:r w:rsidRPr="00561BAE">
        <w:rPr>
          <w:b/>
          <w:lang w:val="bg-BG"/>
        </w:rPr>
        <w:t>Приложение № 4</w:t>
      </w:r>
    </w:p>
    <w:p w:rsidR="005408A6" w:rsidRPr="00561BAE" w:rsidRDefault="00561BAE" w:rsidP="00561BAE">
      <w:pPr>
        <w:spacing w:after="0" w:line="20" w:lineRule="atLeast"/>
        <w:jc w:val="right"/>
        <w:rPr>
          <w:lang w:val="bg-BG"/>
        </w:rPr>
      </w:pPr>
      <w:r w:rsidRPr="00561BAE">
        <w:rPr>
          <w:b/>
          <w:lang w:val="bg-BG"/>
        </w:rPr>
        <w:t>Образец № 2</w:t>
      </w:r>
    </w:p>
    <w:p w:rsidR="005408A6" w:rsidRPr="00561BAE" w:rsidRDefault="00561BAE" w:rsidP="00561BAE">
      <w:pPr>
        <w:spacing w:after="0" w:line="20" w:lineRule="atLeast"/>
        <w:jc w:val="center"/>
        <w:rPr>
          <w:b/>
          <w:lang w:val="bg-BG"/>
        </w:rPr>
      </w:pPr>
      <w:r w:rsidRPr="00561BAE">
        <w:rPr>
          <w:b/>
          <w:lang w:val="bg-BG"/>
        </w:rPr>
        <w:t>ЦЕНОВО ПРЕДЛОЖЕНИЕ</w:t>
      </w:r>
    </w:p>
    <w:p w:rsidR="00561BAE" w:rsidRPr="00561BAE" w:rsidRDefault="00561BAE" w:rsidP="00561BAE">
      <w:pPr>
        <w:spacing w:after="0" w:line="20" w:lineRule="atLeast"/>
        <w:jc w:val="center"/>
        <w:rPr>
          <w:lang w:val="bg-BG"/>
        </w:rPr>
      </w:pPr>
      <w:r w:rsidRPr="00561BAE">
        <w:rPr>
          <w:b/>
          <w:lang w:val="bg-BG"/>
        </w:rPr>
        <w:t>от</w:t>
      </w:r>
    </w:p>
    <w:p w:rsidR="00561BAE" w:rsidRPr="00561BAE" w:rsidRDefault="00561BAE" w:rsidP="00561BAE">
      <w:pPr>
        <w:spacing w:after="0" w:line="20" w:lineRule="atLeast"/>
        <w:jc w:val="both"/>
        <w:rPr>
          <w:lang w:val="bg-BG"/>
        </w:rPr>
      </w:pPr>
      <w:r w:rsidRPr="00561BAE">
        <w:rPr>
          <w:lang w:val="bg-BG"/>
        </w:rPr>
        <w:t>.................................................................................................................................................</w:t>
      </w:r>
    </w:p>
    <w:p w:rsidR="005408A6" w:rsidRPr="00561BAE" w:rsidRDefault="00561BAE" w:rsidP="00561BAE">
      <w:pPr>
        <w:spacing w:after="0" w:line="20" w:lineRule="atLeast"/>
        <w:jc w:val="center"/>
        <w:rPr>
          <w:sz w:val="20"/>
          <w:szCs w:val="20"/>
          <w:lang w:val="bg-BG"/>
        </w:rPr>
      </w:pPr>
      <w:r w:rsidRPr="00561BAE">
        <w:rPr>
          <w:sz w:val="20"/>
          <w:szCs w:val="20"/>
          <w:lang w:val="bg-BG"/>
        </w:rPr>
        <w:t>(изписва се наименование на участника)</w:t>
      </w:r>
    </w:p>
    <w:p w:rsidR="00561BAE" w:rsidRPr="00561BAE" w:rsidRDefault="00561BAE" w:rsidP="00561BAE">
      <w:pPr>
        <w:spacing w:after="0" w:line="20" w:lineRule="atLeast"/>
        <w:jc w:val="both"/>
        <w:rPr>
          <w:lang w:val="bg-BG"/>
        </w:rPr>
      </w:pPr>
      <w:r w:rsidRPr="00561BAE">
        <w:rPr>
          <w:lang w:val="bg-BG"/>
        </w:rPr>
        <w:t xml:space="preserve">със седалище и адрес на управление: ............................................................................................, </w:t>
      </w:r>
    </w:p>
    <w:p w:rsidR="005408A6" w:rsidRPr="00561BAE" w:rsidRDefault="00561BAE" w:rsidP="00561BAE">
      <w:pPr>
        <w:spacing w:after="0" w:line="20" w:lineRule="atLeast"/>
        <w:jc w:val="both"/>
        <w:rPr>
          <w:lang w:val="bg-BG"/>
        </w:rPr>
      </w:pPr>
      <w:r w:rsidRPr="00561BAE">
        <w:rPr>
          <w:lang w:val="bg-BG"/>
        </w:rPr>
        <w:t>данъчна регистрация: ........................, ЕИК: .....................................................................................</w:t>
      </w:r>
    </w:p>
    <w:p w:rsidR="00561BAE" w:rsidRPr="00561BAE" w:rsidRDefault="00561BAE" w:rsidP="00561BAE">
      <w:pPr>
        <w:spacing w:after="0" w:line="20" w:lineRule="atLeast"/>
        <w:jc w:val="both"/>
        <w:rPr>
          <w:lang w:val="bg-BG"/>
        </w:rPr>
      </w:pPr>
      <w:r w:rsidRPr="00561BAE">
        <w:rPr>
          <w:lang w:val="bg-BG"/>
        </w:rPr>
        <w:t xml:space="preserve">Настоящото предложение е подписано от .......................................................................................... </w:t>
      </w:r>
    </w:p>
    <w:p w:rsidR="005408A6" w:rsidRPr="00561BAE" w:rsidRDefault="00561BAE" w:rsidP="00561BAE">
      <w:pPr>
        <w:spacing w:after="0" w:line="20" w:lineRule="atLeast"/>
        <w:jc w:val="center"/>
        <w:rPr>
          <w:sz w:val="20"/>
          <w:szCs w:val="20"/>
          <w:lang w:val="bg-BG"/>
        </w:rPr>
      </w:pPr>
      <w:r w:rsidRPr="00561BAE">
        <w:rPr>
          <w:sz w:val="20"/>
          <w:szCs w:val="20"/>
          <w:lang w:val="bg-BG"/>
        </w:rPr>
        <w:t>(трите имена на лицето)</w:t>
      </w:r>
    </w:p>
    <w:p w:rsidR="00561BAE" w:rsidRPr="00561BAE" w:rsidRDefault="00561BAE" w:rsidP="00561BAE">
      <w:pPr>
        <w:spacing w:after="0" w:line="20" w:lineRule="atLeast"/>
        <w:jc w:val="both"/>
        <w:rPr>
          <w:lang w:val="bg-BG"/>
        </w:rPr>
      </w:pPr>
      <w:r w:rsidRPr="00561BAE">
        <w:rPr>
          <w:lang w:val="bg-BG"/>
        </w:rPr>
        <w:t>в качеството му на ...................................................................................................................................</w:t>
      </w:r>
    </w:p>
    <w:p w:rsidR="005408A6" w:rsidRPr="00561BAE" w:rsidRDefault="00561BAE" w:rsidP="00561BAE">
      <w:pPr>
        <w:spacing w:after="0" w:line="20" w:lineRule="atLeast"/>
        <w:jc w:val="center"/>
        <w:rPr>
          <w:sz w:val="20"/>
          <w:szCs w:val="20"/>
          <w:lang w:val="bg-BG"/>
        </w:rPr>
      </w:pPr>
      <w:r w:rsidRPr="00561BAE">
        <w:rPr>
          <w:sz w:val="20"/>
          <w:szCs w:val="20"/>
          <w:lang w:val="bg-BG"/>
        </w:rPr>
        <w:t>(длъжност)</w:t>
      </w:r>
    </w:p>
    <w:p w:rsidR="00561BAE" w:rsidRPr="00561BAE" w:rsidRDefault="00561BAE" w:rsidP="00561BAE">
      <w:pPr>
        <w:spacing w:after="0" w:line="20" w:lineRule="atLeast"/>
        <w:jc w:val="center"/>
        <w:rPr>
          <w:sz w:val="20"/>
          <w:szCs w:val="20"/>
          <w:lang w:val="bg-BG"/>
        </w:rPr>
      </w:pPr>
    </w:p>
    <w:p w:rsidR="005408A6" w:rsidRPr="00561BAE" w:rsidRDefault="00561BAE" w:rsidP="00561BAE">
      <w:pPr>
        <w:spacing w:after="0" w:line="20" w:lineRule="atLeast"/>
        <w:ind w:firstLine="720"/>
        <w:jc w:val="both"/>
        <w:rPr>
          <w:b/>
          <w:lang w:val="bg-BG"/>
        </w:rPr>
      </w:pPr>
      <w:r w:rsidRPr="00561BAE">
        <w:rPr>
          <w:b/>
          <w:lang w:val="bg-BG"/>
        </w:rPr>
        <w:t>УВАЖАЕМИ ГОСПОДИН ВЕЛКОВ,</w:t>
      </w:r>
    </w:p>
    <w:p w:rsidR="005408A6" w:rsidRPr="00561BAE" w:rsidRDefault="00561BAE" w:rsidP="00561BAE">
      <w:pPr>
        <w:spacing w:after="0" w:line="20" w:lineRule="atLeast"/>
        <w:ind w:firstLine="720"/>
        <w:jc w:val="both"/>
        <w:rPr>
          <w:lang w:val="bg-BG"/>
        </w:rPr>
      </w:pPr>
      <w:r w:rsidRPr="00561BAE">
        <w:rPr>
          <w:lang w:val="bg-BG"/>
        </w:rPr>
        <w:t xml:space="preserve">Във връзка с участието ни в поръчка с предмет: </w:t>
      </w:r>
      <w:r w:rsidRPr="00C63F7A">
        <w:rPr>
          <w:b/>
          <w:lang w:val="bg-BG"/>
        </w:rPr>
        <w:t>„Избор на доставчик на телевизия и/или интернет за почивните бази, стопанисвани от Поделение за почивна дейност (ППД) към „Холдинг БДЖ“ ЕАД, разделена на 7 (седем) обособени позиции“</w:t>
      </w:r>
      <w:r w:rsidRPr="00561BAE">
        <w:rPr>
          <w:lang w:val="bg-BG"/>
        </w:rPr>
        <w:t>, представяме настоящото ценово предложение за:</w:t>
      </w:r>
    </w:p>
    <w:p w:rsidR="005408A6" w:rsidRDefault="00561BAE" w:rsidP="00561BAE">
      <w:pPr>
        <w:spacing w:after="0" w:line="20" w:lineRule="atLeast"/>
        <w:jc w:val="both"/>
        <w:rPr>
          <w:lang w:val="bg-BG"/>
        </w:rPr>
      </w:pPr>
      <w:r w:rsidRPr="00FB72AB">
        <w:rPr>
          <w:b/>
          <w:lang w:val="bg-BG"/>
        </w:rPr>
        <w:t>Обособена позиция №</w:t>
      </w:r>
      <w:r w:rsidRPr="00561BAE">
        <w:rPr>
          <w:lang w:val="bg-BG"/>
        </w:rPr>
        <w:t xml:space="preserve"> ......... – ............................................................</w:t>
      </w:r>
    </w:p>
    <w:p w:rsidR="00FB72AB" w:rsidRDefault="00FB72AB" w:rsidP="00561BAE">
      <w:pPr>
        <w:spacing w:after="0" w:line="20" w:lineRule="atLeast"/>
        <w:jc w:val="both"/>
        <w:rPr>
          <w:i/>
          <w:sz w:val="22"/>
          <w:lang w:val="bg-BG"/>
        </w:rPr>
      </w:pPr>
      <w:r w:rsidRPr="00FB72AB">
        <w:rPr>
          <w:i/>
          <w:sz w:val="22"/>
          <w:lang w:val="bg-BG"/>
        </w:rPr>
        <w:t>(посочва се номерът и наименованието на обособената/ите позиция/позиции, за която/които се подава предложението).</w:t>
      </w:r>
    </w:p>
    <w:p w:rsidR="00FB72AB" w:rsidRPr="00FB72AB" w:rsidRDefault="00FB72AB" w:rsidP="00561BAE">
      <w:pPr>
        <w:spacing w:after="0" w:line="20" w:lineRule="atLeast"/>
        <w:jc w:val="both"/>
        <w:rPr>
          <w:i/>
          <w:sz w:val="22"/>
          <w:lang w:val="bg-BG"/>
        </w:rPr>
      </w:pPr>
    </w:p>
    <w:tbl>
      <w:tblPr>
        <w:tblStyle w:val="TableGrid"/>
        <w:tblW w:w="10912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418"/>
        <w:gridCol w:w="1634"/>
        <w:gridCol w:w="1634"/>
        <w:gridCol w:w="1440"/>
      </w:tblGrid>
      <w:tr w:rsidR="005408A6" w:rsidRPr="00561BAE" w:rsidTr="008F5FAE">
        <w:trPr>
          <w:trHeight w:val="1115"/>
        </w:trPr>
        <w:tc>
          <w:tcPr>
            <w:tcW w:w="3369" w:type="dxa"/>
            <w:vAlign w:val="center"/>
          </w:tcPr>
          <w:p w:rsidR="005408A6" w:rsidRPr="00561BAE" w:rsidRDefault="00561BAE" w:rsidP="00561BAE">
            <w:pPr>
              <w:spacing w:line="20" w:lineRule="atLeast"/>
              <w:jc w:val="center"/>
              <w:rPr>
                <w:b/>
                <w:sz w:val="20"/>
                <w:szCs w:val="20"/>
                <w:lang w:val="bg-BG"/>
              </w:rPr>
            </w:pPr>
            <w:r w:rsidRPr="00561BAE">
              <w:rPr>
                <w:b/>
                <w:sz w:val="20"/>
                <w:szCs w:val="20"/>
                <w:lang w:val="bg-BG"/>
              </w:rPr>
              <w:t>Обособена позиция</w:t>
            </w:r>
          </w:p>
        </w:tc>
        <w:tc>
          <w:tcPr>
            <w:tcW w:w="1417" w:type="dxa"/>
            <w:vAlign w:val="center"/>
          </w:tcPr>
          <w:p w:rsidR="00561BAE" w:rsidRPr="00FB72AB" w:rsidRDefault="00561BAE" w:rsidP="00561BAE">
            <w:pPr>
              <w:jc w:val="center"/>
              <w:rPr>
                <w:b/>
                <w:bCs/>
                <w:color w:val="000000"/>
                <w:sz w:val="20"/>
                <w:szCs w:val="20"/>
                <w:lang w:val="bg-BG"/>
              </w:rPr>
            </w:pP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>Инсталационна такса (еднократна) в евро без ДДС</w:t>
            </w:r>
          </w:p>
          <w:p w:rsidR="005408A6" w:rsidRPr="00561BAE" w:rsidRDefault="005408A6" w:rsidP="00561BAE">
            <w:pPr>
              <w:spacing w:line="20" w:lineRule="atLeas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561BAE" w:rsidRPr="00FB72AB" w:rsidRDefault="00561BAE" w:rsidP="00561BAE">
            <w:pPr>
              <w:jc w:val="center"/>
              <w:rPr>
                <w:b/>
                <w:bCs/>
                <w:color w:val="000000"/>
                <w:sz w:val="20"/>
                <w:szCs w:val="20"/>
                <w:lang w:val="bg-BG"/>
              </w:rPr>
            </w:pP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>Месечна абонаментна такса</w:t>
            </w:r>
            <w:r w:rsidR="008F5FAE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 </w:t>
            </w: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>в евро без ДДС</w:t>
            </w:r>
          </w:p>
          <w:p w:rsidR="005408A6" w:rsidRPr="00561BAE" w:rsidRDefault="005408A6" w:rsidP="00561BAE">
            <w:pPr>
              <w:spacing w:line="20" w:lineRule="atLeas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8F5FAE" w:rsidRPr="008F5FAE" w:rsidRDefault="00561BAE" w:rsidP="00561BAE">
            <w:pPr>
              <w:jc w:val="center"/>
              <w:rPr>
                <w:b/>
                <w:bCs/>
                <w:color w:val="000000"/>
                <w:sz w:val="20"/>
                <w:szCs w:val="20"/>
                <w:u w:val="double"/>
                <w:lang w:val="bg-BG"/>
              </w:rPr>
            </w:pP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Абонаментна такса за               </w:t>
            </w:r>
            <w:r w:rsidRPr="008F5FAE">
              <w:rPr>
                <w:b/>
                <w:bCs/>
                <w:color w:val="000000"/>
                <w:sz w:val="20"/>
                <w:szCs w:val="20"/>
                <w:u w:val="double"/>
                <w:lang w:val="bg-BG"/>
              </w:rPr>
              <w:t>12 (дванадесет)</w:t>
            </w:r>
            <w:r w:rsidR="003516BE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 </w:t>
            </w:r>
            <w:r w:rsidR="003516BE" w:rsidRPr="008F5FAE">
              <w:rPr>
                <w:b/>
                <w:bCs/>
                <w:color w:val="000000"/>
                <w:sz w:val="20"/>
                <w:szCs w:val="20"/>
                <w:u w:val="double"/>
                <w:lang w:val="bg-BG"/>
              </w:rPr>
              <w:t>месеца</w:t>
            </w:r>
            <w:r w:rsidRPr="008F5FAE">
              <w:rPr>
                <w:b/>
                <w:bCs/>
                <w:color w:val="000000"/>
                <w:sz w:val="20"/>
                <w:szCs w:val="20"/>
                <w:u w:val="double"/>
                <w:lang w:val="bg-BG"/>
              </w:rPr>
              <w:t xml:space="preserve">   </w:t>
            </w:r>
          </w:p>
          <w:p w:rsidR="00561BAE" w:rsidRPr="00FB72AB" w:rsidRDefault="00561BAE" w:rsidP="00561BAE">
            <w:pPr>
              <w:jc w:val="center"/>
              <w:rPr>
                <w:b/>
                <w:bCs/>
                <w:color w:val="000000"/>
                <w:sz w:val="20"/>
                <w:szCs w:val="20"/>
                <w:lang w:val="bg-BG"/>
              </w:rPr>
            </w:pP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>в евро без ДДС</w:t>
            </w:r>
          </w:p>
          <w:p w:rsidR="005408A6" w:rsidRPr="00561BAE" w:rsidRDefault="005408A6" w:rsidP="00561BAE">
            <w:pPr>
              <w:spacing w:line="20" w:lineRule="atLeas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561BAE" w:rsidRPr="00FB72AB" w:rsidRDefault="00561BAE" w:rsidP="00561BAE">
            <w:pPr>
              <w:jc w:val="center"/>
              <w:rPr>
                <w:b/>
                <w:bCs/>
                <w:color w:val="000000"/>
                <w:sz w:val="20"/>
                <w:szCs w:val="20"/>
                <w:lang w:val="bg-BG"/>
              </w:rPr>
            </w:pP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Абонаментна такса за            </w:t>
            </w:r>
            <w:r w:rsidRPr="008F5FAE">
              <w:rPr>
                <w:b/>
                <w:bCs/>
                <w:color w:val="000000"/>
                <w:sz w:val="20"/>
                <w:szCs w:val="20"/>
                <w:u w:val="double"/>
                <w:lang w:val="bg-BG"/>
              </w:rPr>
              <w:t>2 (два)</w:t>
            </w: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 </w:t>
            </w:r>
            <w:r w:rsidRPr="008F5FAE">
              <w:rPr>
                <w:b/>
                <w:bCs/>
                <w:color w:val="000000"/>
                <w:sz w:val="20"/>
                <w:szCs w:val="20"/>
                <w:u w:val="double"/>
                <w:lang w:val="bg-BG"/>
              </w:rPr>
              <w:t>месеца</w:t>
            </w: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 в евро без ДДС</w:t>
            </w:r>
          </w:p>
          <w:p w:rsidR="005408A6" w:rsidRPr="00561BAE" w:rsidRDefault="005408A6" w:rsidP="00561BAE">
            <w:pPr>
              <w:spacing w:line="20" w:lineRule="atLeast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440" w:type="dxa"/>
            <w:vAlign w:val="center"/>
          </w:tcPr>
          <w:p w:rsidR="005408A6" w:rsidRPr="00FB72AB" w:rsidRDefault="00561BAE" w:rsidP="00561BAE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t xml:space="preserve">Обща стойност за обособената позиция в евро без ДДС </w:t>
            </w:r>
            <w:r w:rsidRPr="00FB72AB">
              <w:rPr>
                <w:b/>
                <w:bCs/>
                <w:color w:val="000000"/>
                <w:sz w:val="20"/>
                <w:szCs w:val="20"/>
                <w:lang w:val="bg-BG"/>
              </w:rPr>
              <w:br/>
            </w:r>
          </w:p>
        </w:tc>
      </w:tr>
      <w:tr w:rsidR="005408A6" w:rsidRPr="00561BAE" w:rsidTr="008F5FAE">
        <w:tc>
          <w:tcPr>
            <w:tcW w:w="3369" w:type="dxa"/>
            <w:vAlign w:val="center"/>
          </w:tcPr>
          <w:p w:rsidR="005408A6" w:rsidRPr="008F5FAE" w:rsidRDefault="00561BAE" w:rsidP="00561BAE">
            <w:pPr>
              <w:pStyle w:val="ListParagraph"/>
              <w:tabs>
                <w:tab w:val="left" w:pos="372"/>
              </w:tabs>
              <w:spacing w:line="20" w:lineRule="atLeast"/>
              <w:ind w:left="0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>1.Интернет ПВЦ Приморско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>12 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  <w:tr w:rsidR="005408A6" w:rsidRPr="00561BAE" w:rsidTr="008F5FAE">
        <w:tc>
          <w:tcPr>
            <w:tcW w:w="3369" w:type="dxa"/>
            <w:vAlign w:val="center"/>
          </w:tcPr>
          <w:p w:rsidR="005408A6" w:rsidRPr="008F5FAE" w:rsidRDefault="00561BAE" w:rsidP="008F5FAE">
            <w:pPr>
              <w:spacing w:line="20" w:lineRule="atLeast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>2. Т</w:t>
            </w:r>
            <w:r w:rsidR="008F5FAE" w:rsidRPr="008F5FAE">
              <w:rPr>
                <w:b/>
                <w:sz w:val="22"/>
                <w:lang w:val="bg-BG"/>
              </w:rPr>
              <w:t>елевизия</w:t>
            </w:r>
            <w:r w:rsidRPr="008F5FAE">
              <w:rPr>
                <w:b/>
                <w:sz w:val="22"/>
                <w:lang w:val="bg-BG"/>
              </w:rPr>
              <w:t xml:space="preserve"> </w:t>
            </w:r>
            <w:r w:rsidR="00C63F7A" w:rsidRPr="008F5FAE">
              <w:rPr>
                <w:b/>
                <w:sz w:val="22"/>
                <w:lang w:val="bg-BG"/>
              </w:rPr>
              <w:t>ПВЦ</w:t>
            </w:r>
            <w:r w:rsidR="00C63F7A" w:rsidRPr="008F5FAE">
              <w:rPr>
                <w:b/>
                <w:sz w:val="22"/>
                <w:lang w:val="bg-BG"/>
              </w:rPr>
              <w:t xml:space="preserve"> </w:t>
            </w:r>
            <w:r w:rsidRPr="008F5FAE">
              <w:rPr>
                <w:b/>
                <w:sz w:val="22"/>
                <w:lang w:val="bg-BG"/>
              </w:rPr>
              <w:t>Приморско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>12 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  <w:tr w:rsidR="005408A6" w:rsidRPr="00561BAE" w:rsidTr="008F5FAE">
        <w:tc>
          <w:tcPr>
            <w:tcW w:w="3369" w:type="dxa"/>
            <w:vAlign w:val="center"/>
          </w:tcPr>
          <w:p w:rsidR="005408A6" w:rsidRPr="008F5FAE" w:rsidRDefault="00561BAE" w:rsidP="00561BAE">
            <w:pPr>
              <w:pStyle w:val="ListParagraph"/>
              <w:spacing w:line="20" w:lineRule="atLeast"/>
              <w:ind w:left="0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>3. Интернет ЦПВК Паничище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>12 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  <w:tr w:rsidR="005408A6" w:rsidRPr="00561BAE" w:rsidTr="008F5FAE">
        <w:trPr>
          <w:trHeight w:val="734"/>
        </w:trPr>
        <w:tc>
          <w:tcPr>
            <w:tcW w:w="3369" w:type="dxa"/>
            <w:vAlign w:val="center"/>
          </w:tcPr>
          <w:p w:rsidR="005408A6" w:rsidRPr="008F5FAE" w:rsidRDefault="00561BAE" w:rsidP="00C63F7A">
            <w:pPr>
              <w:spacing w:line="20" w:lineRule="atLeast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>4</w:t>
            </w:r>
            <w:r w:rsidR="008F5FAE">
              <w:rPr>
                <w:b/>
                <w:sz w:val="22"/>
                <w:lang w:val="bg-BG"/>
              </w:rPr>
              <w:t>.</w:t>
            </w:r>
            <w:r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sz w:val="22"/>
                <w:lang w:val="bg-BG"/>
              </w:rPr>
              <w:t>Телевизия</w:t>
            </w:r>
            <w:r w:rsidRPr="008F5FAE">
              <w:rPr>
                <w:b/>
                <w:sz w:val="22"/>
                <w:lang w:val="bg-BG"/>
              </w:rPr>
              <w:t xml:space="preserve"> </w:t>
            </w:r>
            <w:r w:rsidR="00C63F7A" w:rsidRPr="008F5FAE">
              <w:rPr>
                <w:b/>
                <w:sz w:val="22"/>
                <w:lang w:val="bg-BG"/>
              </w:rPr>
              <w:t>Ц</w:t>
            </w:r>
            <w:r w:rsidRPr="008F5FAE">
              <w:rPr>
                <w:b/>
                <w:sz w:val="22"/>
                <w:lang w:val="bg-BG"/>
              </w:rPr>
              <w:t>ПВ</w:t>
            </w:r>
            <w:r w:rsidR="00C63F7A">
              <w:rPr>
                <w:b/>
                <w:sz w:val="22"/>
                <w:lang w:val="bg-BG"/>
              </w:rPr>
              <w:t>К</w:t>
            </w:r>
            <w:bookmarkStart w:id="0" w:name="_GoBack"/>
            <w:bookmarkEnd w:id="0"/>
            <w:r w:rsidRPr="008F5FAE">
              <w:rPr>
                <w:b/>
                <w:sz w:val="22"/>
                <w:lang w:val="bg-BG"/>
              </w:rPr>
              <w:t xml:space="preserve"> Паничище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>12 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  <w:tr w:rsidR="005408A6" w:rsidRPr="00561BAE" w:rsidTr="008F5FAE">
        <w:tc>
          <w:tcPr>
            <w:tcW w:w="3369" w:type="dxa"/>
            <w:vAlign w:val="center"/>
          </w:tcPr>
          <w:p w:rsidR="005408A6" w:rsidRPr="008F5FAE" w:rsidRDefault="00561BAE" w:rsidP="00561BAE">
            <w:pPr>
              <w:spacing w:line="20" w:lineRule="atLeast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>5.Интернет ПВЦ Железничар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>12 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  <w:tr w:rsidR="005408A6" w:rsidRPr="00561BAE" w:rsidTr="008F5FAE">
        <w:tc>
          <w:tcPr>
            <w:tcW w:w="3369" w:type="dxa"/>
            <w:vAlign w:val="center"/>
          </w:tcPr>
          <w:p w:rsidR="005408A6" w:rsidRPr="008F5FAE" w:rsidRDefault="00561BAE" w:rsidP="00561BAE">
            <w:pPr>
              <w:spacing w:line="20" w:lineRule="atLeast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 xml:space="preserve">6. </w:t>
            </w:r>
            <w:r w:rsidR="008F5FAE" w:rsidRPr="008F5FAE">
              <w:rPr>
                <w:b/>
                <w:sz w:val="22"/>
                <w:lang w:val="bg-BG"/>
              </w:rPr>
              <w:t>Телевизия</w:t>
            </w:r>
            <w:r w:rsidRPr="008F5FAE">
              <w:rPr>
                <w:b/>
                <w:sz w:val="22"/>
                <w:lang w:val="bg-BG"/>
              </w:rPr>
              <w:t xml:space="preserve"> ПВЦ Железничар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>12 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  <w:tr w:rsidR="005408A6" w:rsidRPr="00561BAE" w:rsidTr="008F5FAE">
        <w:tc>
          <w:tcPr>
            <w:tcW w:w="3369" w:type="dxa"/>
            <w:vAlign w:val="center"/>
          </w:tcPr>
          <w:p w:rsidR="005408A6" w:rsidRPr="008F5FAE" w:rsidRDefault="00561BAE" w:rsidP="00561BAE">
            <w:pPr>
              <w:spacing w:line="20" w:lineRule="atLeast"/>
              <w:rPr>
                <w:b/>
                <w:sz w:val="22"/>
                <w:lang w:val="bg-BG"/>
              </w:rPr>
            </w:pPr>
            <w:r w:rsidRPr="008F5FAE">
              <w:rPr>
                <w:b/>
                <w:sz w:val="22"/>
                <w:lang w:val="bg-BG"/>
              </w:rPr>
              <w:t xml:space="preserve">7. </w:t>
            </w:r>
            <w:r w:rsidR="008F5FAE" w:rsidRPr="008F5FAE">
              <w:rPr>
                <w:b/>
                <w:sz w:val="22"/>
                <w:lang w:val="bg-BG"/>
              </w:rPr>
              <w:t>Телевизия</w:t>
            </w:r>
            <w:r w:rsidRPr="008F5FAE">
              <w:rPr>
                <w:b/>
                <w:sz w:val="22"/>
                <w:lang w:val="bg-BG"/>
              </w:rPr>
              <w:t xml:space="preserve"> ПБ Ахтопол</w:t>
            </w:r>
            <w:r w:rsidR="008F5FAE" w:rsidRPr="008F5FAE">
              <w:rPr>
                <w:b/>
                <w:sz w:val="22"/>
                <w:lang w:val="bg-BG"/>
              </w:rPr>
              <w:t xml:space="preserve"> </w:t>
            </w:r>
            <w:r w:rsidR="008F5FAE" w:rsidRPr="008F5FAE">
              <w:rPr>
                <w:b/>
                <w:i/>
                <w:sz w:val="22"/>
                <w:lang w:val="bg-BG"/>
              </w:rPr>
              <w:t xml:space="preserve">2 </w:t>
            </w:r>
            <w:r w:rsidR="008F5FAE" w:rsidRPr="008F5FAE">
              <w:rPr>
                <w:b/>
                <w:bCs/>
                <w:i/>
                <w:color w:val="000000"/>
                <w:sz w:val="22"/>
                <w:lang w:val="bg-BG"/>
              </w:rPr>
              <w:t xml:space="preserve">(два) </w:t>
            </w:r>
            <w:r w:rsidR="008F5FAE" w:rsidRPr="008F5FAE">
              <w:rPr>
                <w:b/>
                <w:i/>
                <w:sz w:val="22"/>
                <w:lang w:val="bg-BG"/>
              </w:rPr>
              <w:t>месеца</w:t>
            </w:r>
          </w:p>
        </w:tc>
        <w:tc>
          <w:tcPr>
            <w:tcW w:w="1417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418" w:type="dxa"/>
          </w:tcPr>
          <w:p w:rsidR="005408A6" w:rsidRPr="00561BAE" w:rsidRDefault="005408A6" w:rsidP="00561BAE">
            <w:pPr>
              <w:spacing w:line="20" w:lineRule="atLeast"/>
              <w:jc w:val="both"/>
              <w:rPr>
                <w:lang w:val="bg-BG"/>
              </w:rPr>
            </w:pPr>
          </w:p>
        </w:tc>
        <w:tc>
          <w:tcPr>
            <w:tcW w:w="1634" w:type="dxa"/>
          </w:tcPr>
          <w:p w:rsidR="005408A6" w:rsidRPr="00E94DCD" w:rsidRDefault="00561BAE" w:rsidP="00561BAE">
            <w:pPr>
              <w:spacing w:line="20" w:lineRule="atLeast"/>
              <w:jc w:val="both"/>
              <w:rPr>
                <w:sz w:val="16"/>
                <w:szCs w:val="16"/>
                <w:lang w:val="bg-BG"/>
              </w:rPr>
            </w:pPr>
            <w:r w:rsidRPr="00E94DCD">
              <w:rPr>
                <w:sz w:val="16"/>
                <w:szCs w:val="16"/>
                <w:lang w:val="bg-BG"/>
              </w:rPr>
              <w:t>неприложимо</w:t>
            </w:r>
          </w:p>
        </w:tc>
        <w:tc>
          <w:tcPr>
            <w:tcW w:w="1634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  <w:tc>
          <w:tcPr>
            <w:tcW w:w="1440" w:type="dxa"/>
          </w:tcPr>
          <w:p w:rsidR="005408A6" w:rsidRPr="00561BAE" w:rsidRDefault="00561BAE" w:rsidP="00561BAE">
            <w:pPr>
              <w:spacing w:line="20" w:lineRule="atLeast"/>
              <w:jc w:val="both"/>
              <w:rPr>
                <w:lang w:val="bg-BG"/>
              </w:rPr>
            </w:pPr>
            <w:r w:rsidRPr="00561BAE">
              <w:rPr>
                <w:lang w:val="bg-BG"/>
              </w:rPr>
              <w:t>0,00</w:t>
            </w:r>
          </w:p>
        </w:tc>
      </w:tr>
    </w:tbl>
    <w:p w:rsidR="00FB72AB" w:rsidRDefault="00FB72AB" w:rsidP="00561BAE">
      <w:pPr>
        <w:spacing w:after="0" w:line="20" w:lineRule="atLeast"/>
        <w:jc w:val="both"/>
        <w:rPr>
          <w:b/>
          <w:i/>
          <w:lang w:val="bg-BG"/>
        </w:rPr>
      </w:pPr>
    </w:p>
    <w:p w:rsidR="005408A6" w:rsidRPr="00E94DCD" w:rsidRDefault="00561BAE" w:rsidP="00561BAE">
      <w:pPr>
        <w:spacing w:after="0" w:line="20" w:lineRule="atLeast"/>
        <w:jc w:val="both"/>
        <w:rPr>
          <w:i/>
          <w:lang w:val="bg-BG"/>
        </w:rPr>
      </w:pPr>
      <w:r w:rsidRPr="00E94DCD">
        <w:rPr>
          <w:b/>
          <w:i/>
          <w:lang w:val="bg-BG"/>
        </w:rPr>
        <w:t>Забележка №</w:t>
      </w:r>
      <w:r w:rsidR="003516BE">
        <w:rPr>
          <w:b/>
          <w:i/>
          <w:lang w:val="bg-BG"/>
        </w:rPr>
        <w:t xml:space="preserve"> </w:t>
      </w:r>
      <w:r w:rsidRPr="00E94DCD">
        <w:rPr>
          <w:b/>
          <w:i/>
          <w:lang w:val="bg-BG"/>
        </w:rPr>
        <w:t>1:</w:t>
      </w:r>
      <w:r w:rsidRPr="00E94DCD">
        <w:rPr>
          <w:i/>
          <w:lang w:val="bg-BG"/>
        </w:rPr>
        <w:t xml:space="preserve"> Участникът попълва само позицията/позициите, за които подава оферта.</w:t>
      </w:r>
    </w:p>
    <w:p w:rsidR="005408A6" w:rsidRDefault="00561BAE" w:rsidP="00561BAE">
      <w:pPr>
        <w:spacing w:after="0" w:line="20" w:lineRule="atLeast"/>
        <w:jc w:val="both"/>
        <w:rPr>
          <w:i/>
          <w:lang w:val="bg-BG"/>
        </w:rPr>
      </w:pPr>
      <w:r w:rsidRPr="00E94DCD">
        <w:rPr>
          <w:b/>
          <w:i/>
          <w:lang w:val="bg-BG"/>
        </w:rPr>
        <w:t>Забележка №</w:t>
      </w:r>
      <w:r w:rsidR="003516BE">
        <w:rPr>
          <w:b/>
          <w:i/>
          <w:lang w:val="bg-BG"/>
        </w:rPr>
        <w:t xml:space="preserve"> </w:t>
      </w:r>
      <w:r w:rsidRPr="00E94DCD">
        <w:rPr>
          <w:b/>
          <w:i/>
          <w:lang w:val="bg-BG"/>
        </w:rPr>
        <w:t>2:</w:t>
      </w:r>
      <w:r w:rsidRPr="00E94DCD">
        <w:rPr>
          <w:i/>
          <w:lang w:val="bg-BG"/>
        </w:rPr>
        <w:t xml:space="preserve"> Цените се посочват с 2 </w:t>
      </w:r>
      <w:r w:rsidR="003516BE">
        <w:rPr>
          <w:i/>
          <w:lang w:val="bg-BG"/>
        </w:rPr>
        <w:t xml:space="preserve">(два) </w:t>
      </w:r>
      <w:r w:rsidRPr="00E94DCD">
        <w:rPr>
          <w:i/>
          <w:lang w:val="bg-BG"/>
        </w:rPr>
        <w:t>знака след десетичната запетая (0,00) в евро без ДДС.</w:t>
      </w:r>
    </w:p>
    <w:p w:rsidR="00FB72AB" w:rsidRPr="00E94DCD" w:rsidRDefault="00FB72AB" w:rsidP="00561BAE">
      <w:pPr>
        <w:spacing w:after="0" w:line="20" w:lineRule="atLeast"/>
        <w:jc w:val="both"/>
        <w:rPr>
          <w:i/>
          <w:lang w:val="bg-BG"/>
        </w:rPr>
      </w:pPr>
    </w:p>
    <w:p w:rsidR="00E94DCD" w:rsidRDefault="00E94DCD" w:rsidP="003F391C">
      <w:pPr>
        <w:pStyle w:val="ListParagraph"/>
        <w:numPr>
          <w:ilvl w:val="0"/>
          <w:numId w:val="14"/>
        </w:numPr>
        <w:tabs>
          <w:tab w:val="left" w:pos="851"/>
          <w:tab w:val="left" w:pos="993"/>
          <w:tab w:val="left" w:pos="1985"/>
        </w:tabs>
        <w:spacing w:after="0" w:line="20" w:lineRule="atLeast"/>
        <w:ind w:left="11" w:firstLine="698"/>
        <w:jc w:val="both"/>
        <w:rPr>
          <w:lang w:val="bg-BG"/>
        </w:rPr>
      </w:pPr>
      <w:r w:rsidRPr="003516BE">
        <w:rPr>
          <w:lang w:val="bg-BG"/>
        </w:rPr>
        <w:t>Декларираме, че предложените цени са окончателни и включват всички разходи, необходими за цялостното изпълнение на услугата по съответната обособена позиция, включително всички преки и непреки разходи, такси, транспорт, монтаж (когато е приложимо), инсталация, техническо обслужване и всички други разходи, необходими за качественото изпълнение на договора. Предложените цени са фиксирани и не подлежат на промяна за целия срок на действие на договора, освен в случаите, изрично предвидени в него.</w:t>
      </w:r>
    </w:p>
    <w:p w:rsidR="008F5FAE" w:rsidRDefault="008F5FAE" w:rsidP="008F5FAE">
      <w:pPr>
        <w:tabs>
          <w:tab w:val="left" w:pos="851"/>
          <w:tab w:val="left" w:pos="993"/>
          <w:tab w:val="left" w:pos="1985"/>
        </w:tabs>
        <w:spacing w:after="0" w:line="20" w:lineRule="atLeast"/>
        <w:jc w:val="both"/>
        <w:rPr>
          <w:lang w:val="bg-BG"/>
        </w:rPr>
      </w:pPr>
    </w:p>
    <w:p w:rsidR="008F5FAE" w:rsidRPr="008F5FAE" w:rsidRDefault="008F5FAE" w:rsidP="008F5FAE">
      <w:pPr>
        <w:tabs>
          <w:tab w:val="left" w:pos="851"/>
          <w:tab w:val="left" w:pos="993"/>
          <w:tab w:val="left" w:pos="1985"/>
        </w:tabs>
        <w:spacing w:after="0" w:line="20" w:lineRule="atLeast"/>
        <w:jc w:val="both"/>
        <w:rPr>
          <w:lang w:val="bg-BG"/>
        </w:rPr>
      </w:pPr>
    </w:p>
    <w:p w:rsidR="00FB72AB" w:rsidRDefault="00FB72AB" w:rsidP="00FB72AB">
      <w:pPr>
        <w:tabs>
          <w:tab w:val="left" w:pos="851"/>
        </w:tabs>
        <w:spacing w:after="0" w:line="20" w:lineRule="atLeast"/>
        <w:ind w:firstLine="567"/>
        <w:jc w:val="both"/>
        <w:rPr>
          <w:lang w:val="bg-BG"/>
        </w:rPr>
      </w:pPr>
    </w:p>
    <w:p w:rsidR="005408A6" w:rsidRPr="00E94DCD" w:rsidRDefault="00561BAE" w:rsidP="00FB72AB">
      <w:pPr>
        <w:tabs>
          <w:tab w:val="left" w:pos="851"/>
        </w:tabs>
        <w:spacing w:after="0" w:line="20" w:lineRule="atLeast"/>
        <w:ind w:firstLine="567"/>
        <w:jc w:val="both"/>
        <w:rPr>
          <w:b/>
          <w:lang w:val="bg-BG"/>
        </w:rPr>
      </w:pPr>
      <w:r w:rsidRPr="00E94DCD">
        <w:rPr>
          <w:b/>
          <w:lang w:val="bg-BG"/>
        </w:rPr>
        <w:lastRenderedPageBreak/>
        <w:t xml:space="preserve">II. </w:t>
      </w:r>
      <w:r w:rsidR="003516BE">
        <w:rPr>
          <w:b/>
          <w:lang w:val="bg-BG"/>
        </w:rPr>
        <w:t xml:space="preserve"> </w:t>
      </w:r>
      <w:r w:rsidRPr="00E94DCD">
        <w:rPr>
          <w:b/>
          <w:lang w:val="bg-BG"/>
        </w:rPr>
        <w:t>В случай, че бъдем определени за Изпълнител:</w:t>
      </w:r>
    </w:p>
    <w:p w:rsidR="00BD2C59" w:rsidRDefault="00E94DCD" w:rsidP="00FB72AB">
      <w:pPr>
        <w:pStyle w:val="ListParagraph"/>
        <w:numPr>
          <w:ilvl w:val="0"/>
          <w:numId w:val="13"/>
        </w:numPr>
        <w:tabs>
          <w:tab w:val="left" w:pos="851"/>
        </w:tabs>
        <w:spacing w:after="0" w:line="20" w:lineRule="atLeast"/>
        <w:ind w:left="0" w:firstLine="567"/>
        <w:jc w:val="both"/>
        <w:rPr>
          <w:lang w:val="bg-BG"/>
        </w:rPr>
      </w:pPr>
      <w:r w:rsidRPr="00E94DCD">
        <w:rPr>
          <w:lang w:val="bg-BG"/>
        </w:rPr>
        <w:t>Приемаме плащането да се извършва в евро, по банков път,  в срок до 20 (двадесет)календарни дни, след представяне на оригинална или електронна фактура, по следната наша банкова сметка:</w:t>
      </w:r>
    </w:p>
    <w:p w:rsidR="00E94DCD" w:rsidRPr="00E94DCD" w:rsidRDefault="00E94DCD" w:rsidP="00FB72AB">
      <w:pPr>
        <w:pStyle w:val="ListParagraph"/>
        <w:tabs>
          <w:tab w:val="left" w:pos="851"/>
        </w:tabs>
        <w:spacing w:after="0" w:line="20" w:lineRule="atLeast"/>
        <w:ind w:left="0" w:firstLine="567"/>
        <w:jc w:val="both"/>
        <w:rPr>
          <w:lang w:val="bg-BG"/>
        </w:rPr>
      </w:pPr>
      <w:r w:rsidRPr="00E94DCD">
        <w:rPr>
          <w:b/>
          <w:lang w:val="bg-BG"/>
        </w:rPr>
        <w:t>О</w:t>
      </w:r>
      <w:r w:rsidR="00561BAE" w:rsidRPr="00E94DCD">
        <w:rPr>
          <w:b/>
          <w:lang w:val="bg-BG"/>
        </w:rPr>
        <w:t>бслужваща банка:</w:t>
      </w:r>
      <w:r w:rsidR="00561BAE" w:rsidRPr="00E94DCD">
        <w:rPr>
          <w:lang w:val="bg-BG"/>
        </w:rPr>
        <w:t xml:space="preserve"> ..........</w:t>
      </w:r>
    </w:p>
    <w:p w:rsidR="005408A6" w:rsidRPr="00FB72AB" w:rsidRDefault="00561BAE" w:rsidP="00FB72AB">
      <w:pPr>
        <w:tabs>
          <w:tab w:val="left" w:pos="851"/>
        </w:tabs>
        <w:spacing w:after="0" w:line="20" w:lineRule="atLeast"/>
        <w:ind w:firstLine="567"/>
        <w:jc w:val="both"/>
        <w:rPr>
          <w:b/>
          <w:lang w:val="bg-BG"/>
        </w:rPr>
      </w:pPr>
      <w:r w:rsidRPr="00FB72AB">
        <w:rPr>
          <w:b/>
          <w:lang w:val="bg-BG"/>
        </w:rPr>
        <w:t>BIC: ..........IBAN: ..........Титуляр: ..........</w:t>
      </w:r>
    </w:p>
    <w:p w:rsidR="00E94DCD" w:rsidRDefault="00561BAE" w:rsidP="00FB72AB">
      <w:pPr>
        <w:tabs>
          <w:tab w:val="left" w:pos="851"/>
        </w:tabs>
        <w:spacing w:after="0" w:line="20" w:lineRule="atLeast"/>
        <w:ind w:firstLine="567"/>
        <w:jc w:val="both"/>
        <w:rPr>
          <w:lang w:val="bg-BG"/>
        </w:rPr>
      </w:pPr>
      <w:r w:rsidRPr="00FB72AB">
        <w:rPr>
          <w:b/>
          <w:lang w:val="bg-BG"/>
        </w:rPr>
        <w:t>2.</w:t>
      </w:r>
      <w:r w:rsidRPr="00561BAE">
        <w:rPr>
          <w:lang w:val="bg-BG"/>
        </w:rPr>
        <w:t xml:space="preserve"> </w:t>
      </w:r>
      <w:r w:rsidR="00E94DCD" w:rsidRPr="00E94DCD">
        <w:rPr>
          <w:lang w:val="bg-BG"/>
        </w:rPr>
        <w:t xml:space="preserve">Задължаваме се да издаваме оригинални фактури съдържащи следните данни: задължителни реквизити, </w:t>
      </w:r>
      <w:r w:rsidR="003516BE">
        <w:rPr>
          <w:lang w:val="bg-BG"/>
        </w:rPr>
        <w:t xml:space="preserve"> </w:t>
      </w:r>
      <w:r w:rsidR="00E94DCD" w:rsidRPr="00E94DCD">
        <w:rPr>
          <w:lang w:val="bg-BG"/>
        </w:rPr>
        <w:t>№ и предмет на договора. При фактурирането ще се начислява дължимият в момента ДДС.</w:t>
      </w:r>
    </w:p>
    <w:p w:rsidR="00E94DCD" w:rsidRDefault="00561BAE" w:rsidP="00FB72AB">
      <w:pPr>
        <w:tabs>
          <w:tab w:val="left" w:pos="851"/>
        </w:tabs>
        <w:spacing w:after="0" w:line="20" w:lineRule="atLeast"/>
        <w:ind w:firstLine="567"/>
        <w:jc w:val="both"/>
        <w:rPr>
          <w:lang w:val="bg-BG"/>
        </w:rPr>
      </w:pPr>
      <w:r w:rsidRPr="00FB72AB">
        <w:rPr>
          <w:b/>
          <w:lang w:val="bg-BG"/>
        </w:rPr>
        <w:t>3.</w:t>
      </w:r>
      <w:r w:rsidRPr="00561BAE">
        <w:rPr>
          <w:lang w:val="bg-BG"/>
        </w:rPr>
        <w:t xml:space="preserve"> </w:t>
      </w:r>
      <w:r w:rsidR="00E94DCD" w:rsidRPr="00E94DCD">
        <w:rPr>
          <w:lang w:val="bg-BG"/>
        </w:rPr>
        <w:t>Декларираме съгласие, че при неизпълнение на поетите задължения, дължим неустойка в размер на 0,2% от стойността на договора за всеки просрочен ден, но не повече от 10 % от от общата стойност на договора.</w:t>
      </w:r>
    </w:p>
    <w:p w:rsidR="00E94DCD" w:rsidRDefault="00561BAE" w:rsidP="00FB72AB">
      <w:pPr>
        <w:tabs>
          <w:tab w:val="left" w:pos="851"/>
        </w:tabs>
        <w:spacing w:after="0" w:line="20" w:lineRule="atLeast"/>
        <w:ind w:firstLine="567"/>
        <w:jc w:val="both"/>
        <w:rPr>
          <w:lang w:val="bg-BG"/>
        </w:rPr>
      </w:pPr>
      <w:r w:rsidRPr="00FB72AB">
        <w:rPr>
          <w:b/>
          <w:lang w:val="bg-BG"/>
        </w:rPr>
        <w:t>4.</w:t>
      </w:r>
      <w:r w:rsidRPr="00561BAE">
        <w:rPr>
          <w:lang w:val="bg-BG"/>
        </w:rPr>
        <w:t xml:space="preserve"> </w:t>
      </w:r>
      <w:r w:rsidR="00E94DCD" w:rsidRPr="00E94DCD">
        <w:rPr>
          <w:lang w:val="bg-BG"/>
        </w:rPr>
        <w:t>Срокът на валидност на настоящата оферта е 90 (деветдесет) календарни дни, считано от датата, определена за краен срок за получаване на настоящото</w:t>
      </w:r>
      <w:r w:rsidR="00442F10">
        <w:t xml:space="preserve"> </w:t>
      </w:r>
      <w:r w:rsidR="00442F10">
        <w:rPr>
          <w:lang w:val="bg-BG"/>
        </w:rPr>
        <w:t>предложение</w:t>
      </w:r>
      <w:r w:rsidR="00E94DCD" w:rsidRPr="00E94DCD">
        <w:rPr>
          <w:lang w:val="bg-BG"/>
        </w:rPr>
        <w:t>.</w:t>
      </w:r>
    </w:p>
    <w:p w:rsidR="00E94DCD" w:rsidRDefault="00E94DCD" w:rsidP="00FB72AB">
      <w:pPr>
        <w:tabs>
          <w:tab w:val="left" w:pos="851"/>
        </w:tabs>
        <w:spacing w:after="0" w:line="20" w:lineRule="atLeast"/>
        <w:ind w:firstLine="567"/>
        <w:jc w:val="both"/>
        <w:rPr>
          <w:lang w:val="bg-BG"/>
        </w:rPr>
      </w:pPr>
    </w:p>
    <w:p w:rsidR="005408A6" w:rsidRDefault="00561BAE" w:rsidP="00E94DCD">
      <w:pPr>
        <w:spacing w:after="0" w:line="20" w:lineRule="atLeast"/>
        <w:jc w:val="both"/>
        <w:rPr>
          <w:lang w:val="bg-BG"/>
        </w:rPr>
      </w:pPr>
      <w:r w:rsidRPr="00561BAE">
        <w:rPr>
          <w:lang w:val="bg-BG"/>
        </w:rPr>
        <w:t>Дата: .................... г.</w:t>
      </w:r>
      <w:r w:rsidRPr="00561BAE">
        <w:rPr>
          <w:lang w:val="bg-BG"/>
        </w:rPr>
        <w:tab/>
      </w:r>
      <w:r w:rsidRPr="00561BAE">
        <w:rPr>
          <w:lang w:val="bg-BG"/>
        </w:rPr>
        <w:tab/>
      </w:r>
      <w:r w:rsidRPr="00561BAE">
        <w:rPr>
          <w:lang w:val="bg-BG"/>
        </w:rPr>
        <w:tab/>
      </w:r>
      <w:r w:rsidRPr="00561BAE">
        <w:rPr>
          <w:lang w:val="bg-BG"/>
        </w:rPr>
        <w:tab/>
        <w:t>Подпис и печат: ......................</w:t>
      </w:r>
    </w:p>
    <w:p w:rsidR="00E94DCD" w:rsidRDefault="00E94DCD" w:rsidP="00E94DCD">
      <w:pPr>
        <w:spacing w:after="0" w:line="20" w:lineRule="atLeast"/>
        <w:jc w:val="both"/>
        <w:rPr>
          <w:lang w:val="bg-BG"/>
        </w:rPr>
      </w:pPr>
    </w:p>
    <w:p w:rsidR="00E94DCD" w:rsidRDefault="00E94DCD" w:rsidP="00E94DCD">
      <w:pPr>
        <w:spacing w:after="0" w:line="20" w:lineRule="atLeast"/>
        <w:jc w:val="both"/>
        <w:rPr>
          <w:lang w:val="bg-BG"/>
        </w:rPr>
      </w:pPr>
      <w:r w:rsidRPr="00E94DCD">
        <w:rPr>
          <w:lang w:val="bg-BG"/>
        </w:rPr>
        <w:t>Упълномощен да подпише предложението от името на:</w:t>
      </w:r>
      <w:r>
        <w:rPr>
          <w:lang w:val="bg-BG"/>
        </w:rPr>
        <w:t>…………………………………………</w:t>
      </w:r>
    </w:p>
    <w:p w:rsidR="00E94DCD" w:rsidRPr="00E94DCD" w:rsidRDefault="00E94DCD" w:rsidP="00E94DCD">
      <w:pPr>
        <w:spacing w:after="0" w:line="20" w:lineRule="atLeast"/>
        <w:jc w:val="center"/>
        <w:rPr>
          <w:i/>
          <w:sz w:val="20"/>
          <w:szCs w:val="20"/>
          <w:lang w:val="bg-BG"/>
        </w:rPr>
      </w:pPr>
      <w:r w:rsidRPr="00E94DCD">
        <w:rPr>
          <w:i/>
          <w:sz w:val="20"/>
          <w:szCs w:val="20"/>
          <w:lang w:val="bg-BG"/>
        </w:rPr>
        <w:t>(изписва се наименование на участника)</w:t>
      </w:r>
    </w:p>
    <w:p w:rsidR="00E94DCD" w:rsidRDefault="00E94DCD" w:rsidP="00E94DCD">
      <w:pPr>
        <w:spacing w:after="0" w:line="20" w:lineRule="atLeast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…………………………………………………………………………….</w:t>
      </w:r>
    </w:p>
    <w:p w:rsidR="00E94DCD" w:rsidRPr="00E94DCD" w:rsidRDefault="00E94DCD" w:rsidP="00E94DCD">
      <w:pPr>
        <w:spacing w:after="0" w:line="20" w:lineRule="atLeast"/>
        <w:jc w:val="center"/>
        <w:rPr>
          <w:i/>
          <w:sz w:val="20"/>
          <w:szCs w:val="20"/>
          <w:lang w:val="bg-BG"/>
        </w:rPr>
      </w:pPr>
      <w:r w:rsidRPr="00E94DCD">
        <w:rPr>
          <w:i/>
          <w:sz w:val="20"/>
          <w:szCs w:val="20"/>
          <w:lang w:val="bg-BG"/>
        </w:rPr>
        <w:t>(изписва се името на упълномощеното лице и длъжността)</w:t>
      </w:r>
    </w:p>
    <w:p w:rsidR="00E94DCD" w:rsidRPr="00E94DCD" w:rsidRDefault="00E94DCD" w:rsidP="00E94DCD">
      <w:pPr>
        <w:spacing w:after="0" w:line="20" w:lineRule="atLeast"/>
        <w:jc w:val="center"/>
        <w:rPr>
          <w:i/>
          <w:sz w:val="20"/>
          <w:szCs w:val="20"/>
          <w:lang w:val="bg-BG"/>
        </w:rPr>
      </w:pPr>
    </w:p>
    <w:sectPr w:rsidR="00E94DCD" w:rsidRPr="00E94DCD" w:rsidSect="00FB72AB">
      <w:footerReference w:type="default" r:id="rId9"/>
      <w:pgSz w:w="12240" w:h="15840"/>
      <w:pgMar w:top="426" w:right="900" w:bottom="709" w:left="709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2B2" w:rsidRDefault="009622B2" w:rsidP="00FB72AB">
      <w:pPr>
        <w:spacing w:after="0" w:line="240" w:lineRule="auto"/>
      </w:pPr>
      <w:r>
        <w:separator/>
      </w:r>
    </w:p>
  </w:endnote>
  <w:endnote w:type="continuationSeparator" w:id="0">
    <w:p w:rsidR="009622B2" w:rsidRDefault="009622B2" w:rsidP="00FB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492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72AB" w:rsidRDefault="00FB72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F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72AB" w:rsidRDefault="00FB72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2B2" w:rsidRDefault="009622B2" w:rsidP="00FB72AB">
      <w:pPr>
        <w:spacing w:after="0" w:line="240" w:lineRule="auto"/>
      </w:pPr>
      <w:r>
        <w:separator/>
      </w:r>
    </w:p>
  </w:footnote>
  <w:footnote w:type="continuationSeparator" w:id="0">
    <w:p w:rsidR="009622B2" w:rsidRDefault="009622B2" w:rsidP="00FB7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727547"/>
    <w:multiLevelType w:val="hybridMultilevel"/>
    <w:tmpl w:val="3BCA05F4"/>
    <w:lvl w:ilvl="0" w:tplc="3B7EA43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0AC7193C"/>
    <w:multiLevelType w:val="hybridMultilevel"/>
    <w:tmpl w:val="EDDEE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CB278C"/>
    <w:multiLevelType w:val="hybridMultilevel"/>
    <w:tmpl w:val="7AF6B2CE"/>
    <w:lvl w:ilvl="0" w:tplc="28D021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D3D88"/>
    <w:multiLevelType w:val="hybridMultilevel"/>
    <w:tmpl w:val="6E10D6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A0528"/>
    <w:multiLevelType w:val="hybridMultilevel"/>
    <w:tmpl w:val="8F2AC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3"/>
  </w:num>
  <w:num w:numId="12">
    <w:abstractNumId w:val="1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0F87"/>
    <w:rsid w:val="0015074B"/>
    <w:rsid w:val="001F1B2F"/>
    <w:rsid w:val="0029639D"/>
    <w:rsid w:val="00326F90"/>
    <w:rsid w:val="003516BE"/>
    <w:rsid w:val="003766FE"/>
    <w:rsid w:val="003F391C"/>
    <w:rsid w:val="00442F10"/>
    <w:rsid w:val="005408A6"/>
    <w:rsid w:val="00542409"/>
    <w:rsid w:val="00561BAE"/>
    <w:rsid w:val="0076147C"/>
    <w:rsid w:val="007816D1"/>
    <w:rsid w:val="008F5FAE"/>
    <w:rsid w:val="009622B2"/>
    <w:rsid w:val="00A45A95"/>
    <w:rsid w:val="00A73927"/>
    <w:rsid w:val="00AA1D8D"/>
    <w:rsid w:val="00B47730"/>
    <w:rsid w:val="00BA5831"/>
    <w:rsid w:val="00BD2C59"/>
    <w:rsid w:val="00C63F7A"/>
    <w:rsid w:val="00CB0664"/>
    <w:rsid w:val="00D24350"/>
    <w:rsid w:val="00E54A8A"/>
    <w:rsid w:val="00E56025"/>
    <w:rsid w:val="00E94DCD"/>
    <w:rsid w:val="00FB72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51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9056AD-8C3B-4755-A73E-A3A894DE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6</cp:revision>
  <cp:lastPrinted>2026-07-22T06:37:00Z</cp:lastPrinted>
  <dcterms:created xsi:type="dcterms:W3CDTF">2026-07-22T05:43:00Z</dcterms:created>
  <dcterms:modified xsi:type="dcterms:W3CDTF">2026-07-28T07:35:00Z</dcterms:modified>
</cp:coreProperties>
</file>